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AUTHOR INFORMATION FORM</w:t>
      </w:r>
    </w:p>
    <w:p>
      <w:r>
        <w:t>Ghostline Publishers LLC</w:t>
        <w:br/>
      </w:r>
    </w:p>
    <w:p>
      <w:r>
        <w:t>Please complete all applicable fields below. This information is used for contract preparation, royalty payments, and internal records.</w:t>
        <w:br/>
      </w:r>
    </w:p>
    <w:p>
      <w:pPr>
        <w:pStyle w:val="Heading2"/>
      </w:pPr>
      <w:r>
        <w:t>Author Details</w:t>
      </w:r>
    </w:p>
    <w:p>
      <w:r>
        <w:t>Legal Name: ________________________________</w:t>
      </w:r>
    </w:p>
    <w:p>
      <w:r>
        <w:t>Pen Name (if applicable): ________________________________</w:t>
      </w:r>
    </w:p>
    <w:p>
      <w:r>
        <w:t>Date of Birth: ________________________________</w:t>
      </w:r>
    </w:p>
    <w:p>
      <w:r>
        <w:t>Citizenship: ________________________________</w:t>
      </w:r>
    </w:p>
    <w:p>
      <w:pPr>
        <w:pStyle w:val="Heading2"/>
      </w:pPr>
      <w:r>
        <w:t>Contact Information</w:t>
      </w:r>
    </w:p>
    <w:p>
      <w:r>
        <w:t>Email Address: ________________________________</w:t>
      </w:r>
    </w:p>
    <w:p>
      <w:r>
        <w:t>Phone Number: ________________________________</w:t>
      </w:r>
    </w:p>
    <w:p>
      <w:r>
        <w:t>Mailing Address:</w:t>
        <w:br/>
        <w:t>________________________________</w:t>
        <w:br/>
        <w:t>________________________________</w:t>
        <w:br/>
        <w:t>________________________________</w:t>
      </w:r>
    </w:p>
    <w:p>
      <w:pPr>
        <w:pStyle w:val="Heading2"/>
      </w:pPr>
      <w:r>
        <w:t>Manuscript Information</w:t>
      </w:r>
    </w:p>
    <w:p>
      <w:r>
        <w:t>Working Title: ________________________________</w:t>
      </w:r>
    </w:p>
    <w:p>
      <w:r>
        <w:t>Genre: ________________________________</w:t>
      </w:r>
    </w:p>
    <w:p>
      <w:r>
        <w:t>Word Count (Approx.): ________________________________</w:t>
      </w:r>
    </w:p>
    <w:p>
      <w:pPr>
        <w:pStyle w:val="Heading2"/>
      </w:pPr>
      <w:r>
        <w:t>Payment &amp; Tax Information</w:t>
      </w:r>
    </w:p>
    <w:p>
      <w:r>
        <w:t>Preferred Payment Method: ☐ ACH ☐ Check ☐ Other: ____________</w:t>
      </w:r>
    </w:p>
    <w:p>
      <w:r>
        <w:t>Payee Name (if different from legal name): ________________________________</w:t>
      </w:r>
    </w:p>
    <w:p>
      <w:pPr>
        <w:pStyle w:val="Heading2"/>
      </w:pPr>
      <w:r>
        <w:t>Author Declarations</w:t>
      </w:r>
    </w:p>
    <w:p>
      <w:r>
        <w:t>☐ I confirm that I am the sole rights holder of the submitted work.</w:t>
      </w:r>
    </w:p>
    <w:p>
      <w:r>
        <w:t>☐ I confirm that the work is original and does not infringe upon third-party rights.</w:t>
      </w:r>
    </w:p>
    <w:p>
      <w:r>
        <w:t>☐ I acknowledge that submission does not guarantee publication.</w:t>
      </w:r>
    </w:p>
    <w:p>
      <w:pPr>
        <w:pStyle w:val="Heading2"/>
      </w:pPr>
      <w:r>
        <w:t>Signature</w:t>
      </w:r>
    </w:p>
    <w:p>
      <w:r>
        <w:t>Author Signature: ________________________________</w:t>
      </w:r>
    </w:p>
    <w:p>
      <w:r>
        <w:t>Date: ________________________________</w:t>
      </w:r>
    </w:p>
    <w:sectPr w:rsidR="00FC693F" w:rsidRPr="0006063C" w:rsidSect="00034616">
      <w:head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  <w:jc w:val="center"/>
    </w:pPr>
    <w:r>
      <w:drawing>
        <wp:inline xmlns:a="http://schemas.openxmlformats.org/drawingml/2006/main" xmlns:pic="http://schemas.openxmlformats.org/drawingml/2006/picture">
          <wp:extent cx="2560320" cy="1706880"/>
          <wp:docPr id="1" name="Picture 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A_digital_vector_logo_design_for_Ghostline_Publish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60320" cy="1706880"/>
                  </a:xfrm>
                  <a:prstGeom prst="rect"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eader" Target="header1.xml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